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D220DE" w14:textId="73CCA2A7" w:rsidR="009E6CB9" w:rsidRPr="009B28FF" w:rsidRDefault="009B28FF" w:rsidP="009B28FF">
      <w:pPr>
        <w:rPr>
          <w:b/>
          <w:bCs/>
          <w:sz w:val="28"/>
          <w:szCs w:val="28"/>
        </w:rPr>
      </w:pPr>
      <w:r>
        <w:rPr>
          <w:b/>
          <w:bCs/>
          <w:noProof/>
          <w:sz w:val="28"/>
          <w:szCs w:val="28"/>
        </w:rPr>
        <w:drawing>
          <wp:anchor distT="0" distB="0" distL="114300" distR="114300" simplePos="0" relativeHeight="251657216" behindDoc="1" locked="0" layoutInCell="1" allowOverlap="1" wp14:anchorId="07BDBB61" wp14:editId="21BE7E09">
            <wp:simplePos x="0" y="0"/>
            <wp:positionH relativeFrom="column">
              <wp:posOffset>4841240</wp:posOffset>
            </wp:positionH>
            <wp:positionV relativeFrom="paragraph">
              <wp:posOffset>-304800</wp:posOffset>
            </wp:positionV>
            <wp:extent cx="1097915" cy="1089660"/>
            <wp:effectExtent l="0" t="0" r="6985" b="0"/>
            <wp:wrapTight wrapText="bothSides">
              <wp:wrapPolygon edited="0">
                <wp:start x="0" y="0"/>
                <wp:lineTo x="0" y="21147"/>
                <wp:lineTo x="21363" y="21147"/>
                <wp:lineTo x="21363" y="0"/>
                <wp:lineTo x="0" y="0"/>
              </wp:wrapPolygon>
            </wp:wrapTight>
            <wp:docPr id="202616026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6160264" name="Picture 2026160264"/>
                    <pic:cNvPicPr/>
                  </pic:nvPicPr>
                  <pic:blipFill>
                    <a:blip r:embed="rId9"/>
                    <a:stretch>
                      <a:fillRect/>
                    </a:stretch>
                  </pic:blipFill>
                  <pic:spPr>
                    <a:xfrm>
                      <a:off x="0" y="0"/>
                      <a:ext cx="1097915" cy="1089660"/>
                    </a:xfrm>
                    <a:prstGeom prst="rect">
                      <a:avLst/>
                    </a:prstGeom>
                  </pic:spPr>
                </pic:pic>
              </a:graphicData>
            </a:graphic>
            <wp14:sizeRelH relativeFrom="margin">
              <wp14:pctWidth>0</wp14:pctWidth>
            </wp14:sizeRelH>
            <wp14:sizeRelV relativeFrom="margin">
              <wp14:pctHeight>0</wp14:pctHeight>
            </wp14:sizeRelV>
          </wp:anchor>
        </w:drawing>
      </w:r>
      <w:r w:rsidRPr="009B28FF">
        <w:rPr>
          <w:b/>
          <w:bCs/>
          <w:sz w:val="28"/>
          <w:szCs w:val="28"/>
        </w:rPr>
        <w:t>Letter of Support – Grant Application</w:t>
      </w:r>
    </w:p>
    <w:p w14:paraId="6A43F123" w14:textId="77777777" w:rsidR="009E6CB9" w:rsidRDefault="009B28FF">
      <w:r>
        <w:t>[Your Organisation’s Letterhead]</w:t>
      </w:r>
      <w:r>
        <w:br/>
        <w:t>[Address]</w:t>
      </w:r>
      <w:r>
        <w:br/>
        <w:t>[Telephone | Email]</w:t>
      </w:r>
      <w:r>
        <w:br/>
        <w:t>[Date]</w:t>
      </w:r>
    </w:p>
    <w:p w14:paraId="4B86BBBB" w14:textId="77777777" w:rsidR="009E6CB9" w:rsidRDefault="009B28FF">
      <w:r>
        <w:t>To whom it may concern,</w:t>
      </w:r>
    </w:p>
    <w:p w14:paraId="0ADCE3FB" w14:textId="77777777" w:rsidR="009E6CB9" w:rsidRPr="009B28FF" w:rsidRDefault="009B28FF" w:rsidP="009B28FF">
      <w:pPr>
        <w:rPr>
          <w:b/>
          <w:bCs/>
        </w:rPr>
      </w:pPr>
      <w:r w:rsidRPr="009B28FF">
        <w:rPr>
          <w:b/>
          <w:bCs/>
        </w:rPr>
        <w:t>Re: Letter of Support for [Name of Organisation / Project]</w:t>
      </w:r>
    </w:p>
    <w:p w14:paraId="5722CF00" w14:textId="77777777" w:rsidR="009E6CB9" w:rsidRDefault="009B28FF">
      <w:r>
        <w:t xml:space="preserve">I am writing on behalf of </w:t>
      </w:r>
      <w:r w:rsidRPr="009B28FF">
        <w:rPr>
          <w:highlight w:val="yellow"/>
        </w:rPr>
        <w:t>[organisation name – e.g. Local Policing Team / Office of MP / Community Safety Partnership / Office of the Police and Crime Commissioner]</w:t>
      </w:r>
      <w:r>
        <w:t xml:space="preserve"> to formally express our support for </w:t>
      </w:r>
      <w:r w:rsidRPr="009B28FF">
        <w:rPr>
          <w:highlight w:val="yellow"/>
        </w:rPr>
        <w:t>[organisation name]</w:t>
      </w:r>
      <w:r>
        <w:t xml:space="preserve"> in their application for funding through </w:t>
      </w:r>
      <w:r w:rsidRPr="009B28FF">
        <w:rPr>
          <w:highlight w:val="yellow"/>
        </w:rPr>
        <w:t>[name of grant/funding programme].</w:t>
      </w:r>
    </w:p>
    <w:p w14:paraId="6D6C2364" w14:textId="77777777" w:rsidR="009E6CB9" w:rsidRDefault="009B28FF">
      <w:r>
        <w:t xml:space="preserve">We are aware of the work </w:t>
      </w:r>
      <w:r w:rsidRPr="009B28FF">
        <w:rPr>
          <w:highlight w:val="yellow"/>
        </w:rPr>
        <w:t>[organisation name]</w:t>
      </w:r>
      <w:r>
        <w:t xml:space="preserve"> delivers within </w:t>
      </w:r>
      <w:r w:rsidRPr="009B28FF">
        <w:rPr>
          <w:highlight w:val="yellow"/>
        </w:rPr>
        <w:t>[community / location]</w:t>
      </w:r>
      <w:r>
        <w:t xml:space="preserve">, and we recognise the positive contribution their project </w:t>
      </w:r>
      <w:r w:rsidRPr="009B28FF">
        <w:rPr>
          <w:highlight w:val="yellow"/>
        </w:rPr>
        <w:t>[project name]</w:t>
      </w:r>
      <w:r>
        <w:t xml:space="preserve"> makes toward </w:t>
      </w:r>
      <w:r w:rsidRPr="009B28FF">
        <w:rPr>
          <w:highlight w:val="yellow"/>
        </w:rPr>
        <w:t>[key outcomes – e.g. crime prevention, early intervention, community safety, victim support, reducing anti-social behaviour]</w:t>
      </w:r>
      <w:r>
        <w:t>.</w:t>
      </w:r>
    </w:p>
    <w:p w14:paraId="68969ED9" w14:textId="77777777" w:rsidR="009E6CB9" w:rsidRDefault="009B28FF">
      <w:r>
        <w:t>This project strongly aligns with our shared priorities, including:</w:t>
      </w:r>
    </w:p>
    <w:p w14:paraId="7558DDD8" w14:textId="41A718BD" w:rsidR="009E6CB9" w:rsidRPr="009B28FF" w:rsidRDefault="009B28FF">
      <w:pPr>
        <w:pStyle w:val="ListBullet"/>
        <w:rPr>
          <w:highlight w:val="yellow"/>
        </w:rPr>
      </w:pPr>
      <w:r w:rsidRPr="009B28FF">
        <w:rPr>
          <w:highlight w:val="yellow"/>
        </w:rPr>
        <w:t>P</w:t>
      </w:r>
      <w:r>
        <w:rPr>
          <w:highlight w:val="yellow"/>
        </w:rPr>
        <w:t>revent Violence Against Women and Girls</w:t>
      </w:r>
    </w:p>
    <w:p w14:paraId="6D43A0B3" w14:textId="21E59307" w:rsidR="009E6CB9" w:rsidRPr="009B28FF" w:rsidRDefault="009B28FF">
      <w:pPr>
        <w:pStyle w:val="ListBullet"/>
        <w:rPr>
          <w:highlight w:val="yellow"/>
        </w:rPr>
      </w:pPr>
      <w:r>
        <w:rPr>
          <w:highlight w:val="yellow"/>
        </w:rPr>
        <w:t>Tackle Crime and Anti-Social Behavior</w:t>
      </w:r>
    </w:p>
    <w:p w14:paraId="5678EF55" w14:textId="57209CF1" w:rsidR="009E6CB9" w:rsidRDefault="009B28FF">
      <w:pPr>
        <w:pStyle w:val="ListBullet"/>
        <w:rPr>
          <w:highlight w:val="yellow"/>
        </w:rPr>
      </w:pPr>
      <w:r>
        <w:rPr>
          <w:highlight w:val="yellow"/>
        </w:rPr>
        <w:t>Get Tough on Serious Violent Crime</w:t>
      </w:r>
    </w:p>
    <w:p w14:paraId="6E0B3E9B" w14:textId="73A7C8E3" w:rsidR="009B28FF" w:rsidRPr="009B28FF" w:rsidRDefault="009B28FF">
      <w:pPr>
        <w:pStyle w:val="ListBullet"/>
        <w:rPr>
          <w:highlight w:val="yellow"/>
        </w:rPr>
      </w:pPr>
      <w:proofErr w:type="gramStart"/>
      <w:r>
        <w:rPr>
          <w:highlight w:val="yellow"/>
        </w:rPr>
        <w:t>Rebuild</w:t>
      </w:r>
      <w:proofErr w:type="gramEnd"/>
      <w:r>
        <w:rPr>
          <w:highlight w:val="yellow"/>
        </w:rPr>
        <w:t xml:space="preserve"> Public Trust and Confidence</w:t>
      </w:r>
    </w:p>
    <w:p w14:paraId="788276E7" w14:textId="77777777" w:rsidR="009E6CB9" w:rsidRDefault="009B28FF">
      <w:r>
        <w:t xml:space="preserve">Through ongoing engagement and partnership working, we have seen how </w:t>
      </w:r>
      <w:r w:rsidRPr="009B28FF">
        <w:rPr>
          <w:highlight w:val="yellow"/>
        </w:rPr>
        <w:t>[organisation name]</w:t>
      </w:r>
      <w:r>
        <w:t xml:space="preserve"> works effectively with local partners and responds to identified community needs. The proposed activity outlined in their funding application will further enhance this work and deliver clear benefits to residents in </w:t>
      </w:r>
      <w:r w:rsidRPr="009B28FF">
        <w:rPr>
          <w:highlight w:val="yellow"/>
        </w:rPr>
        <w:t>[area].</w:t>
      </w:r>
    </w:p>
    <w:p w14:paraId="401872C1" w14:textId="77777777" w:rsidR="009E6CB9" w:rsidRDefault="009B28FF">
      <w:r>
        <w:t xml:space="preserve">We believe </w:t>
      </w:r>
      <w:r w:rsidRPr="009B28FF">
        <w:rPr>
          <w:highlight w:val="yellow"/>
        </w:rPr>
        <w:t>[organisation name]</w:t>
      </w:r>
      <w:r>
        <w:t xml:space="preserve"> has the capacity, experience, and governance arrangements necessary to successfully deliver this project and to use any funding awarded responsibly and effectively.</w:t>
      </w:r>
    </w:p>
    <w:p w14:paraId="04F73341" w14:textId="77777777" w:rsidR="009E6CB9" w:rsidRDefault="009B28FF">
      <w:r>
        <w:t xml:space="preserve">For these reasons, </w:t>
      </w:r>
      <w:r w:rsidRPr="009B28FF">
        <w:rPr>
          <w:highlight w:val="yellow"/>
        </w:rPr>
        <w:t>[organisation name / our office / this partnership]</w:t>
      </w:r>
      <w:r>
        <w:t xml:space="preserve"> fully supports this funding application and would welcome the opportunity to see the project progress.</w:t>
      </w:r>
    </w:p>
    <w:p w14:paraId="39768AA4" w14:textId="77777777" w:rsidR="009E6CB9" w:rsidRDefault="009B28FF">
      <w:r>
        <w:t>Yours faithfully,</w:t>
      </w:r>
    </w:p>
    <w:p w14:paraId="13B1944A" w14:textId="77777777" w:rsidR="009E6CB9" w:rsidRDefault="009B28FF">
      <w:r>
        <w:t>[Name]</w:t>
      </w:r>
      <w:r>
        <w:br/>
        <w:t>[Job Title]</w:t>
      </w:r>
      <w:r>
        <w:br/>
        <w:t>[Organisation]</w:t>
      </w:r>
      <w:r>
        <w:br/>
        <w:t>[Signature if required]</w:t>
      </w:r>
    </w:p>
    <w:p w14:paraId="241F1342" w14:textId="77777777" w:rsidR="0015528E" w:rsidRPr="0015528E" w:rsidRDefault="0015528E" w:rsidP="0015528E">
      <w:pPr>
        <w:rPr>
          <w:lang w:val="en-GB"/>
        </w:rPr>
      </w:pPr>
      <w:r w:rsidRPr="0015528E">
        <w:rPr>
          <w:b/>
          <w:bCs/>
          <w:lang w:val="en-GB"/>
        </w:rPr>
        <w:lastRenderedPageBreak/>
        <w:t>Conflict of Interest and Independence Declaration</w:t>
      </w:r>
      <w:r w:rsidRPr="0015528E">
        <w:rPr>
          <w:lang w:val="en-GB"/>
        </w:rPr>
        <w:t> </w:t>
      </w:r>
    </w:p>
    <w:p w14:paraId="573290BC" w14:textId="77777777" w:rsidR="0015528E" w:rsidRPr="0015528E" w:rsidRDefault="0015528E" w:rsidP="0015528E">
      <w:pPr>
        <w:rPr>
          <w:lang w:val="en-GB"/>
        </w:rPr>
      </w:pPr>
      <w:r w:rsidRPr="0015528E">
        <w:rPr>
          <w:lang w:val="en-GB"/>
        </w:rPr>
        <w:t>In providing this Letter of Support, </w:t>
      </w:r>
      <w:r w:rsidRPr="0015528E">
        <w:rPr>
          <w:b/>
          <w:bCs/>
          <w:lang w:val="en-GB"/>
        </w:rPr>
        <w:t>[Supporting Organisation]</w:t>
      </w:r>
      <w:r w:rsidRPr="0015528E">
        <w:rPr>
          <w:lang w:val="en-GB"/>
        </w:rPr>
        <w:t> confirms that the support expressed herein has been given following appropriate consideration of the proposed project and its anticipated benefits to the community, service users, and stakeholders. </w:t>
      </w:r>
    </w:p>
    <w:p w14:paraId="49E75A42" w14:textId="77777777" w:rsidR="0015528E" w:rsidRPr="0015528E" w:rsidRDefault="0015528E" w:rsidP="0015528E">
      <w:pPr>
        <w:rPr>
          <w:lang w:val="en-GB"/>
        </w:rPr>
      </w:pPr>
      <w:r w:rsidRPr="0015528E">
        <w:rPr>
          <w:lang w:val="en-GB"/>
        </w:rPr>
        <w:t>To the best of our knowledge and belief: </w:t>
      </w:r>
    </w:p>
    <w:p w14:paraId="4B7E6746" w14:textId="77777777" w:rsidR="0015528E" w:rsidRPr="0015528E" w:rsidRDefault="0015528E" w:rsidP="0015528E">
      <w:pPr>
        <w:numPr>
          <w:ilvl w:val="0"/>
          <w:numId w:val="10"/>
        </w:numPr>
        <w:rPr>
          <w:lang w:val="en-GB"/>
        </w:rPr>
      </w:pPr>
      <w:r w:rsidRPr="0015528E">
        <w:rPr>
          <w:lang w:val="en-GB"/>
        </w:rPr>
        <w:t>We have considered whether any actual, potential, or perceived conflicts of interest exist in relation to this funding application and the organisation named within it. </w:t>
      </w:r>
    </w:p>
    <w:p w14:paraId="4B4CC557" w14:textId="77777777" w:rsidR="0015528E" w:rsidRPr="0015528E" w:rsidRDefault="0015528E" w:rsidP="0015528E">
      <w:pPr>
        <w:numPr>
          <w:ilvl w:val="0"/>
          <w:numId w:val="11"/>
        </w:numPr>
        <w:rPr>
          <w:lang w:val="en-GB"/>
        </w:rPr>
      </w:pPr>
      <w:r w:rsidRPr="0015528E">
        <w:rPr>
          <w:lang w:val="en-GB"/>
        </w:rPr>
        <w:t>Neither the organisation nor the individual signing this letter has any undisclosed financial, personal, professional, or other interest that would improperly influence the decision to provide this support. </w:t>
      </w:r>
    </w:p>
    <w:p w14:paraId="5B3B7D6F" w14:textId="77777777" w:rsidR="0015528E" w:rsidRPr="0015528E" w:rsidRDefault="0015528E" w:rsidP="0015528E">
      <w:pPr>
        <w:numPr>
          <w:ilvl w:val="0"/>
          <w:numId w:val="12"/>
        </w:numPr>
        <w:rPr>
          <w:lang w:val="en-GB"/>
        </w:rPr>
      </w:pPr>
      <w:r w:rsidRPr="0015528E">
        <w:rPr>
          <w:lang w:val="en-GB"/>
        </w:rPr>
        <w:t>Any relationship between our organisation and the applicant organisation is based on legitimate partnership working, service delivery, strategic collaboration, or stakeholder engagement and does not provide any unfair advantage in relation to this application. </w:t>
      </w:r>
    </w:p>
    <w:p w14:paraId="1447FB92" w14:textId="77777777" w:rsidR="0015528E" w:rsidRPr="0015528E" w:rsidRDefault="0015528E" w:rsidP="0015528E">
      <w:pPr>
        <w:numPr>
          <w:ilvl w:val="0"/>
          <w:numId w:val="13"/>
        </w:numPr>
        <w:rPr>
          <w:lang w:val="en-GB"/>
        </w:rPr>
      </w:pPr>
      <w:r w:rsidRPr="0015528E">
        <w:rPr>
          <w:lang w:val="en-GB"/>
        </w:rPr>
        <w:t>The views expressed in this letter are our own and reflect our genuine assessment of the applicant's ability to deliver the proposed project and achieve the stated outcomes. </w:t>
      </w:r>
    </w:p>
    <w:p w14:paraId="288AC743" w14:textId="77777777" w:rsidR="0015528E" w:rsidRPr="0015528E" w:rsidRDefault="0015528E" w:rsidP="0015528E">
      <w:pPr>
        <w:numPr>
          <w:ilvl w:val="0"/>
          <w:numId w:val="14"/>
        </w:numPr>
        <w:rPr>
          <w:lang w:val="en-GB"/>
        </w:rPr>
      </w:pPr>
      <w:r w:rsidRPr="0015528E">
        <w:rPr>
          <w:lang w:val="en-GB"/>
        </w:rPr>
        <w:t>We understand that this letter may be relied upon by the funding body as evidence of stakeholder support and have therefore taken reasonable steps to ensure that the information provided is accurate and fair. </w:t>
      </w:r>
    </w:p>
    <w:p w14:paraId="6F0B2A28" w14:textId="77777777" w:rsidR="0015528E" w:rsidRPr="0015528E" w:rsidRDefault="0015528E" w:rsidP="0015528E">
      <w:pPr>
        <w:numPr>
          <w:ilvl w:val="0"/>
          <w:numId w:val="15"/>
        </w:numPr>
        <w:rPr>
          <w:lang w:val="en-GB"/>
        </w:rPr>
      </w:pPr>
      <w:r w:rsidRPr="0015528E">
        <w:rPr>
          <w:lang w:val="en-GB"/>
        </w:rPr>
        <w:t>Should any actual, potential, or perceived conflict of interest arise or become known after the date of this declaration, we will notify the relevant funding organisation as soon as reasonably practicable. </w:t>
      </w:r>
    </w:p>
    <w:p w14:paraId="1A5D320D" w14:textId="77777777" w:rsidR="0015528E" w:rsidRPr="0015528E" w:rsidRDefault="0015528E" w:rsidP="0015528E">
      <w:pPr>
        <w:rPr>
          <w:lang w:val="en-GB"/>
        </w:rPr>
      </w:pPr>
      <w:r w:rsidRPr="0015528E">
        <w:rPr>
          <w:b/>
          <w:bCs/>
          <w:lang w:val="en-GB"/>
        </w:rPr>
        <w:t>Declaration</w:t>
      </w:r>
      <w:r w:rsidRPr="0015528E">
        <w:rPr>
          <w:lang w:val="en-GB"/>
        </w:rPr>
        <w:t> </w:t>
      </w:r>
    </w:p>
    <w:p w14:paraId="0455D765" w14:textId="77777777" w:rsidR="0015528E" w:rsidRPr="0015528E" w:rsidRDefault="0015528E" w:rsidP="0015528E">
      <w:pPr>
        <w:rPr>
          <w:lang w:val="en-GB"/>
        </w:rPr>
      </w:pPr>
      <w:r w:rsidRPr="0015528E">
        <w:rPr>
          <w:lang w:val="en-GB"/>
        </w:rPr>
        <w:t>I confirm that I am authorised to provide this Letter of Support on behalf of </w:t>
      </w:r>
      <w:r w:rsidRPr="0015528E">
        <w:rPr>
          <w:b/>
          <w:bCs/>
          <w:lang w:val="en-GB"/>
        </w:rPr>
        <w:t>[Supporting Organisation]</w:t>
      </w:r>
      <w:r w:rsidRPr="0015528E">
        <w:rPr>
          <w:lang w:val="en-GB"/>
        </w:rPr>
        <w:t> and that, to the best of my knowledge, no undeclared actual, potential, or perceived conflict of interest exists that would compromise the integrity of this support.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830"/>
        <w:gridCol w:w="6780"/>
      </w:tblGrid>
      <w:tr w:rsidR="0015528E" w:rsidRPr="0015528E" w14:paraId="31293823" w14:textId="77777777">
        <w:trPr>
          <w:trHeight w:val="300"/>
        </w:trPr>
        <w:tc>
          <w:tcPr>
            <w:tcW w:w="1830" w:type="dxa"/>
            <w:tcBorders>
              <w:top w:val="single" w:sz="6" w:space="0" w:color="auto"/>
              <w:left w:val="single" w:sz="6" w:space="0" w:color="auto"/>
              <w:bottom w:val="single" w:sz="6" w:space="0" w:color="auto"/>
              <w:right w:val="single" w:sz="6" w:space="0" w:color="auto"/>
            </w:tcBorders>
            <w:shd w:val="clear" w:color="auto" w:fill="FFFFFF"/>
            <w:hideMark/>
          </w:tcPr>
          <w:p w14:paraId="6C34F9C8" w14:textId="77777777" w:rsidR="0015528E" w:rsidRPr="0015528E" w:rsidRDefault="0015528E" w:rsidP="0015528E">
            <w:pPr>
              <w:rPr>
                <w:lang w:val="en-GB"/>
              </w:rPr>
            </w:pPr>
            <w:r w:rsidRPr="0015528E">
              <w:rPr>
                <w:lang w:val="en-GB"/>
              </w:rPr>
              <w:t>Name </w:t>
            </w:r>
          </w:p>
        </w:tc>
        <w:tc>
          <w:tcPr>
            <w:tcW w:w="6780" w:type="dxa"/>
            <w:tcBorders>
              <w:top w:val="single" w:sz="6" w:space="0" w:color="auto"/>
              <w:left w:val="single" w:sz="6" w:space="0" w:color="auto"/>
              <w:bottom w:val="single" w:sz="6" w:space="0" w:color="auto"/>
              <w:right w:val="single" w:sz="6" w:space="0" w:color="auto"/>
            </w:tcBorders>
            <w:shd w:val="clear" w:color="auto" w:fill="FFFFFF"/>
            <w:hideMark/>
          </w:tcPr>
          <w:p w14:paraId="475F616C" w14:textId="77777777" w:rsidR="0015528E" w:rsidRPr="0015528E" w:rsidRDefault="0015528E" w:rsidP="0015528E">
            <w:pPr>
              <w:rPr>
                <w:lang w:val="en-GB"/>
              </w:rPr>
            </w:pPr>
            <w:r w:rsidRPr="0015528E">
              <w:rPr>
                <w:lang w:val="en-GB"/>
              </w:rPr>
              <w:t> </w:t>
            </w:r>
          </w:p>
        </w:tc>
      </w:tr>
      <w:tr w:rsidR="0015528E" w:rsidRPr="0015528E" w14:paraId="4AF12C42" w14:textId="77777777">
        <w:trPr>
          <w:trHeight w:val="300"/>
        </w:trPr>
        <w:tc>
          <w:tcPr>
            <w:tcW w:w="1830" w:type="dxa"/>
            <w:tcBorders>
              <w:top w:val="single" w:sz="6" w:space="0" w:color="auto"/>
              <w:left w:val="single" w:sz="6" w:space="0" w:color="auto"/>
              <w:bottom w:val="single" w:sz="6" w:space="0" w:color="auto"/>
              <w:right w:val="single" w:sz="6" w:space="0" w:color="auto"/>
            </w:tcBorders>
            <w:shd w:val="clear" w:color="auto" w:fill="FFFFFF"/>
            <w:hideMark/>
          </w:tcPr>
          <w:p w14:paraId="155B70A2" w14:textId="77777777" w:rsidR="0015528E" w:rsidRPr="0015528E" w:rsidRDefault="0015528E" w:rsidP="0015528E">
            <w:pPr>
              <w:rPr>
                <w:lang w:val="en-GB"/>
              </w:rPr>
            </w:pPr>
            <w:r w:rsidRPr="0015528E">
              <w:rPr>
                <w:lang w:val="en-GB"/>
              </w:rPr>
              <w:t>Position </w:t>
            </w:r>
          </w:p>
        </w:tc>
        <w:tc>
          <w:tcPr>
            <w:tcW w:w="6780" w:type="dxa"/>
            <w:tcBorders>
              <w:top w:val="single" w:sz="6" w:space="0" w:color="auto"/>
              <w:left w:val="single" w:sz="6" w:space="0" w:color="auto"/>
              <w:bottom w:val="single" w:sz="6" w:space="0" w:color="auto"/>
              <w:right w:val="single" w:sz="6" w:space="0" w:color="auto"/>
            </w:tcBorders>
            <w:shd w:val="clear" w:color="auto" w:fill="FFFFFF"/>
            <w:hideMark/>
          </w:tcPr>
          <w:p w14:paraId="6FFCA920" w14:textId="77777777" w:rsidR="0015528E" w:rsidRPr="0015528E" w:rsidRDefault="0015528E" w:rsidP="0015528E">
            <w:pPr>
              <w:rPr>
                <w:lang w:val="en-GB"/>
              </w:rPr>
            </w:pPr>
            <w:r w:rsidRPr="0015528E">
              <w:rPr>
                <w:lang w:val="en-GB"/>
              </w:rPr>
              <w:t> </w:t>
            </w:r>
          </w:p>
        </w:tc>
      </w:tr>
      <w:tr w:rsidR="0015528E" w:rsidRPr="0015528E" w14:paraId="7D228726" w14:textId="77777777">
        <w:trPr>
          <w:trHeight w:val="300"/>
        </w:trPr>
        <w:tc>
          <w:tcPr>
            <w:tcW w:w="1830" w:type="dxa"/>
            <w:tcBorders>
              <w:top w:val="single" w:sz="6" w:space="0" w:color="auto"/>
              <w:left w:val="single" w:sz="6" w:space="0" w:color="auto"/>
              <w:bottom w:val="single" w:sz="6" w:space="0" w:color="auto"/>
              <w:right w:val="single" w:sz="6" w:space="0" w:color="auto"/>
            </w:tcBorders>
            <w:shd w:val="clear" w:color="auto" w:fill="FFFFFF"/>
            <w:hideMark/>
          </w:tcPr>
          <w:p w14:paraId="213BAEBA" w14:textId="77777777" w:rsidR="0015528E" w:rsidRPr="0015528E" w:rsidRDefault="0015528E" w:rsidP="0015528E">
            <w:pPr>
              <w:rPr>
                <w:lang w:val="en-GB"/>
              </w:rPr>
            </w:pPr>
            <w:r w:rsidRPr="0015528E">
              <w:rPr>
                <w:lang w:val="en-GB"/>
              </w:rPr>
              <w:t>Organisation </w:t>
            </w:r>
          </w:p>
        </w:tc>
        <w:tc>
          <w:tcPr>
            <w:tcW w:w="6780" w:type="dxa"/>
            <w:tcBorders>
              <w:top w:val="single" w:sz="6" w:space="0" w:color="auto"/>
              <w:left w:val="single" w:sz="6" w:space="0" w:color="auto"/>
              <w:bottom w:val="single" w:sz="6" w:space="0" w:color="auto"/>
              <w:right w:val="single" w:sz="6" w:space="0" w:color="auto"/>
            </w:tcBorders>
            <w:shd w:val="clear" w:color="auto" w:fill="FFFFFF"/>
            <w:hideMark/>
          </w:tcPr>
          <w:p w14:paraId="09AAEBBE" w14:textId="77777777" w:rsidR="0015528E" w:rsidRPr="0015528E" w:rsidRDefault="0015528E" w:rsidP="0015528E">
            <w:pPr>
              <w:rPr>
                <w:lang w:val="en-GB"/>
              </w:rPr>
            </w:pPr>
            <w:r w:rsidRPr="0015528E">
              <w:rPr>
                <w:lang w:val="en-GB"/>
              </w:rPr>
              <w:t> </w:t>
            </w:r>
          </w:p>
        </w:tc>
      </w:tr>
      <w:tr w:rsidR="0015528E" w:rsidRPr="0015528E" w14:paraId="000BC958" w14:textId="77777777">
        <w:trPr>
          <w:trHeight w:val="300"/>
        </w:trPr>
        <w:tc>
          <w:tcPr>
            <w:tcW w:w="1830" w:type="dxa"/>
            <w:tcBorders>
              <w:top w:val="single" w:sz="6" w:space="0" w:color="auto"/>
              <w:left w:val="single" w:sz="6" w:space="0" w:color="auto"/>
              <w:bottom w:val="single" w:sz="6" w:space="0" w:color="auto"/>
              <w:right w:val="single" w:sz="6" w:space="0" w:color="auto"/>
            </w:tcBorders>
            <w:shd w:val="clear" w:color="auto" w:fill="FFFFFF"/>
            <w:hideMark/>
          </w:tcPr>
          <w:p w14:paraId="30A7C6AD" w14:textId="77777777" w:rsidR="0015528E" w:rsidRPr="0015528E" w:rsidRDefault="0015528E" w:rsidP="0015528E">
            <w:pPr>
              <w:rPr>
                <w:lang w:val="en-GB"/>
              </w:rPr>
            </w:pPr>
            <w:r w:rsidRPr="0015528E">
              <w:rPr>
                <w:lang w:val="en-GB"/>
              </w:rPr>
              <w:t>Signature </w:t>
            </w:r>
          </w:p>
        </w:tc>
        <w:tc>
          <w:tcPr>
            <w:tcW w:w="6780" w:type="dxa"/>
            <w:tcBorders>
              <w:top w:val="single" w:sz="6" w:space="0" w:color="auto"/>
              <w:left w:val="single" w:sz="6" w:space="0" w:color="auto"/>
              <w:bottom w:val="single" w:sz="6" w:space="0" w:color="auto"/>
              <w:right w:val="single" w:sz="6" w:space="0" w:color="auto"/>
            </w:tcBorders>
            <w:shd w:val="clear" w:color="auto" w:fill="FFFFFF"/>
            <w:hideMark/>
          </w:tcPr>
          <w:p w14:paraId="2F7D96B7" w14:textId="77777777" w:rsidR="0015528E" w:rsidRPr="0015528E" w:rsidRDefault="0015528E" w:rsidP="0015528E">
            <w:pPr>
              <w:rPr>
                <w:lang w:val="en-GB"/>
              </w:rPr>
            </w:pPr>
            <w:r w:rsidRPr="0015528E">
              <w:rPr>
                <w:lang w:val="en-GB"/>
              </w:rPr>
              <w:t> </w:t>
            </w:r>
          </w:p>
        </w:tc>
      </w:tr>
      <w:tr w:rsidR="0015528E" w:rsidRPr="0015528E" w14:paraId="0C572C6D" w14:textId="77777777">
        <w:trPr>
          <w:trHeight w:val="300"/>
        </w:trPr>
        <w:tc>
          <w:tcPr>
            <w:tcW w:w="1830" w:type="dxa"/>
            <w:tcBorders>
              <w:top w:val="single" w:sz="6" w:space="0" w:color="auto"/>
              <w:left w:val="single" w:sz="6" w:space="0" w:color="auto"/>
              <w:bottom w:val="single" w:sz="6" w:space="0" w:color="auto"/>
              <w:right w:val="single" w:sz="6" w:space="0" w:color="auto"/>
            </w:tcBorders>
            <w:shd w:val="clear" w:color="auto" w:fill="FFFFFF"/>
            <w:hideMark/>
          </w:tcPr>
          <w:p w14:paraId="5F37E6CB" w14:textId="77777777" w:rsidR="0015528E" w:rsidRPr="0015528E" w:rsidRDefault="0015528E" w:rsidP="0015528E">
            <w:pPr>
              <w:rPr>
                <w:lang w:val="en-GB"/>
              </w:rPr>
            </w:pPr>
            <w:r w:rsidRPr="0015528E">
              <w:rPr>
                <w:lang w:val="en-GB"/>
              </w:rPr>
              <w:t>Date </w:t>
            </w:r>
          </w:p>
        </w:tc>
        <w:tc>
          <w:tcPr>
            <w:tcW w:w="6780" w:type="dxa"/>
            <w:tcBorders>
              <w:top w:val="single" w:sz="6" w:space="0" w:color="auto"/>
              <w:left w:val="single" w:sz="6" w:space="0" w:color="auto"/>
              <w:bottom w:val="single" w:sz="6" w:space="0" w:color="auto"/>
              <w:right w:val="single" w:sz="6" w:space="0" w:color="auto"/>
            </w:tcBorders>
            <w:shd w:val="clear" w:color="auto" w:fill="FFFFFF"/>
            <w:hideMark/>
          </w:tcPr>
          <w:p w14:paraId="7E9DF1EE" w14:textId="77777777" w:rsidR="0015528E" w:rsidRPr="0015528E" w:rsidRDefault="0015528E" w:rsidP="0015528E">
            <w:pPr>
              <w:rPr>
                <w:lang w:val="en-GB"/>
              </w:rPr>
            </w:pPr>
            <w:r w:rsidRPr="0015528E">
              <w:rPr>
                <w:lang w:val="en-GB"/>
              </w:rPr>
              <w:t> </w:t>
            </w:r>
          </w:p>
        </w:tc>
      </w:tr>
    </w:tbl>
    <w:p w14:paraId="075019E8" w14:textId="77777777" w:rsidR="0015528E" w:rsidRPr="0015528E" w:rsidRDefault="0015528E" w:rsidP="0015528E">
      <w:pPr>
        <w:rPr>
          <w:lang w:val="en-GB"/>
        </w:rPr>
      </w:pPr>
      <w:proofErr w:type="gramStart"/>
      <w:r w:rsidRPr="0015528E">
        <w:rPr>
          <w:i/>
          <w:iCs/>
          <w:lang w:val="en-GB"/>
        </w:rPr>
        <w:lastRenderedPageBreak/>
        <w:t>For the purpose of</w:t>
      </w:r>
      <w:proofErr w:type="gramEnd"/>
      <w:r w:rsidRPr="0015528E">
        <w:rPr>
          <w:i/>
          <w:iCs/>
          <w:lang w:val="en-GB"/>
        </w:rPr>
        <w:t> this declaration, a conflict of interest may be actual, potential, or perceived and may include personal, professional, financial, governance, employment, trustee, volunteer, family, or other relationships that could reasonably be considered to influence the support provided.</w:t>
      </w:r>
      <w:r w:rsidRPr="0015528E">
        <w:rPr>
          <w:lang w:val="en-GB"/>
        </w:rPr>
        <w:t> </w:t>
      </w:r>
    </w:p>
    <w:p w14:paraId="28C46B96" w14:textId="77777777" w:rsidR="0015528E" w:rsidRDefault="0015528E"/>
    <w:sectPr w:rsidR="0015528E"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C6AE863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4596AB4"/>
    <w:multiLevelType w:val="multilevel"/>
    <w:tmpl w:val="9E20B5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08F84785"/>
    <w:multiLevelType w:val="multilevel"/>
    <w:tmpl w:val="F8569C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0E1F5D71"/>
    <w:multiLevelType w:val="multilevel"/>
    <w:tmpl w:val="1A6AB5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119D63C2"/>
    <w:multiLevelType w:val="multilevel"/>
    <w:tmpl w:val="B9BA9F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AD3229E"/>
    <w:multiLevelType w:val="multilevel"/>
    <w:tmpl w:val="A4EA41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55CF3DBB"/>
    <w:multiLevelType w:val="multilevel"/>
    <w:tmpl w:val="F92839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2114738381">
    <w:abstractNumId w:val="8"/>
  </w:num>
  <w:num w:numId="2" w16cid:durableId="1362970048">
    <w:abstractNumId w:val="6"/>
  </w:num>
  <w:num w:numId="3" w16cid:durableId="9914117">
    <w:abstractNumId w:val="5"/>
  </w:num>
  <w:num w:numId="4" w16cid:durableId="1577780086">
    <w:abstractNumId w:val="4"/>
  </w:num>
  <w:num w:numId="5" w16cid:durableId="1524828951">
    <w:abstractNumId w:val="7"/>
  </w:num>
  <w:num w:numId="6" w16cid:durableId="684720134">
    <w:abstractNumId w:val="3"/>
  </w:num>
  <w:num w:numId="7" w16cid:durableId="811413268">
    <w:abstractNumId w:val="2"/>
  </w:num>
  <w:num w:numId="8" w16cid:durableId="627518319">
    <w:abstractNumId w:val="1"/>
  </w:num>
  <w:num w:numId="9" w16cid:durableId="737443348">
    <w:abstractNumId w:val="0"/>
  </w:num>
  <w:num w:numId="10" w16cid:durableId="1354915989">
    <w:abstractNumId w:val="11"/>
  </w:num>
  <w:num w:numId="11" w16cid:durableId="947009559">
    <w:abstractNumId w:val="9"/>
  </w:num>
  <w:num w:numId="12" w16cid:durableId="1598908990">
    <w:abstractNumId w:val="12"/>
  </w:num>
  <w:num w:numId="13" w16cid:durableId="1303775158">
    <w:abstractNumId w:val="13"/>
  </w:num>
  <w:num w:numId="14" w16cid:durableId="1710375131">
    <w:abstractNumId w:val="10"/>
  </w:num>
  <w:num w:numId="15" w16cid:durableId="76874482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15528E"/>
    <w:rsid w:val="0029639D"/>
    <w:rsid w:val="00326F90"/>
    <w:rsid w:val="003B2E5E"/>
    <w:rsid w:val="004E1914"/>
    <w:rsid w:val="00552161"/>
    <w:rsid w:val="00810AC1"/>
    <w:rsid w:val="009B28FF"/>
    <w:rsid w:val="009E6CB9"/>
    <w:rsid w:val="00AA1D8D"/>
    <w:rsid w:val="00B40F8A"/>
    <w:rsid w:val="00B47730"/>
    <w:rsid w:val="00BB3306"/>
    <w:rsid w:val="00C749E0"/>
    <w:rsid w:val="00CB0664"/>
    <w:rsid w:val="00E77333"/>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EB5211C"/>
  <w14:defaultImageDpi w14:val="300"/>
  <w15:docId w15:val="{CAC60B49-970A-4499-8E6E-EF765426A7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eccaf28-3b2e-4794-bbae-e0b4d6377299" xsi:nil="true"/>
    <lcf76f155ced4ddcb4097134ff3c332f xmlns="031a22c0-ad99-4839-9fe3-738c48854943">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F502D364494CFC44AC8E19E1C7EC8B8F" ma:contentTypeVersion="12" ma:contentTypeDescription="Create a new document." ma:contentTypeScope="" ma:versionID="a5b30a5995d5b4078687728ba7a54e38">
  <xsd:schema xmlns:xsd="http://www.w3.org/2001/XMLSchema" xmlns:xs="http://www.w3.org/2001/XMLSchema" xmlns:p="http://schemas.microsoft.com/office/2006/metadata/properties" xmlns:ns2="031a22c0-ad99-4839-9fe3-738c48854943" xmlns:ns3="9eccaf28-3b2e-4794-bbae-e0b4d6377299" targetNamespace="http://schemas.microsoft.com/office/2006/metadata/properties" ma:root="true" ma:fieldsID="58c13f6c479ba94e209d0e8d5bd8fa85" ns2:_="" ns3:_="">
    <xsd:import namespace="031a22c0-ad99-4839-9fe3-738c48854943"/>
    <xsd:import namespace="9eccaf28-3b2e-4794-bbae-e0b4d637729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31a22c0-ad99-4839-9fe3-738c4885494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f6bfaf0b-f29b-4ed2-8d75-892493c0d243"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eccaf28-3b2e-4794-bbae-e0b4d6377299"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741e0896-a7bd-41c6-83e1-ea2f60c9a6a2}" ma:internalName="TaxCatchAll" ma:showField="CatchAllData" ma:web="9eccaf28-3b2e-4794-bbae-e0b4d637729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3133FEC-8FF1-4E93-9185-454905B15E1C}">
  <ds:schemaRefs>
    <ds:schemaRef ds:uri="http://schemas.microsoft.com/office/2006/metadata/properties"/>
    <ds:schemaRef ds:uri="http://schemas.microsoft.com/office/infopath/2007/PartnerControls"/>
    <ds:schemaRef ds:uri="9eccaf28-3b2e-4794-bbae-e0b4d6377299"/>
    <ds:schemaRef ds:uri="031a22c0-ad99-4839-9fe3-738c48854943"/>
  </ds:schemaRefs>
</ds:datastoreItem>
</file>

<file path=customXml/itemProps2.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customXml/itemProps3.xml><?xml version="1.0" encoding="utf-8"?>
<ds:datastoreItem xmlns:ds="http://schemas.openxmlformats.org/officeDocument/2006/customXml" ds:itemID="{A75E4083-2D47-4EF1-B644-6BB23F687ED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31a22c0-ad99-4839-9fe3-738c48854943"/>
    <ds:schemaRef ds:uri="9eccaf28-3b2e-4794-bbae-e0b4d637729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3BC7F7E-2166-4292-BF95-EFFE0495218D}">
  <ds:schemaRefs>
    <ds:schemaRef ds:uri="http://schemas.microsoft.com/sharepoint/v3/contenttype/forms"/>
  </ds:schemaRefs>
</ds:datastoreItem>
</file>

<file path=docMetadata/LabelInfo.xml><?xml version="1.0" encoding="utf-8"?>
<clbl:labelList xmlns:clbl="http://schemas.microsoft.com/office/2020/mipLabelMetadata">
  <clbl:label id="{9f683e26-d8b9-4609-9ec4-e1a36e4bb4d2}" enabled="0" method="" siteId="{9f683e26-d8b9-4609-9ec4-e1a36e4bb4d2}" removed="1"/>
</clbl:labelList>
</file>

<file path=docProps/app.xml><?xml version="1.0" encoding="utf-8"?>
<Properties xmlns="http://schemas.openxmlformats.org/officeDocument/2006/extended-properties" xmlns:vt="http://schemas.openxmlformats.org/officeDocument/2006/docPropsVTypes">
  <Template>Normal.dotm</Template>
  <TotalTime>15</TotalTime>
  <Pages>3</Pages>
  <Words>595</Words>
  <Characters>3398</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3986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Willmott, Beth</cp:lastModifiedBy>
  <cp:revision>9</cp:revision>
  <dcterms:created xsi:type="dcterms:W3CDTF">2026-04-23T12:26:00Z</dcterms:created>
  <dcterms:modified xsi:type="dcterms:W3CDTF">2026-08-04T09:49:00Z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0x010100F502D364494CFC44AC8E19E1C7EC8B8F</vt:lpwstr>
  </property>
  <property fmtid="{D5CDD505-2E9C-101B-9397-08002B2CF9AE}" pid="3" name="MediaServiceImageTags">
    <vt:lpwstr/>
  </property>
</Properties>
</file>